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08" w:rsidRPr="00574992" w:rsidRDefault="008C741F">
      <w:pPr>
        <w:jc w:val="center"/>
        <w:rPr>
          <w:lang w:val="ru-RU"/>
        </w:rPr>
      </w:pPr>
      <w:r w:rsidRPr="00574992">
        <w:rPr>
          <w:b/>
          <w:sz w:val="28"/>
          <w:lang w:val="ru-RU"/>
        </w:rPr>
        <w:t>ПОЛОЖЕНИЕ</w:t>
      </w:r>
      <w:r w:rsidRPr="00574992">
        <w:rPr>
          <w:b/>
          <w:sz w:val="28"/>
          <w:lang w:val="ru-RU"/>
        </w:rPr>
        <w:br/>
        <w:t xml:space="preserve">О ПРОВЕДЕНИИ </w:t>
      </w:r>
      <w:r w:rsidR="00382BE9">
        <w:rPr>
          <w:b/>
          <w:sz w:val="28"/>
          <w:lang w:val="ru-RU"/>
        </w:rPr>
        <w:t>ЗАБЕГА</w:t>
      </w:r>
      <w:r w:rsidR="00574992">
        <w:rPr>
          <w:b/>
          <w:sz w:val="28"/>
          <w:lang w:val="ru-RU"/>
        </w:rPr>
        <w:br/>
        <w:t>«</w:t>
      </w:r>
      <w:r w:rsidR="00382BE9">
        <w:rPr>
          <w:b/>
          <w:sz w:val="28"/>
        </w:rPr>
        <w:t>DFS</w:t>
      </w:r>
      <w:r w:rsidR="00382BE9" w:rsidRPr="00382BE9">
        <w:rPr>
          <w:b/>
          <w:sz w:val="28"/>
          <w:lang w:val="ru-RU"/>
        </w:rPr>
        <w:t xml:space="preserve"> </w:t>
      </w:r>
      <w:r w:rsidR="00382BE9">
        <w:rPr>
          <w:b/>
          <w:sz w:val="28"/>
        </w:rPr>
        <w:t>OMSKRUN</w:t>
      </w:r>
      <w:r w:rsidRPr="00574992">
        <w:rPr>
          <w:b/>
          <w:sz w:val="28"/>
          <w:lang w:val="ru-RU"/>
        </w:rPr>
        <w:t>»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1. Цели соревнования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1.1. Соревнование проводится с целью: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Пропаганды здорового образа жизни и приобщения населения к активным занятиям физической культурой и спортом.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Развития массового спорта и любительского бега.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Популяризации бега на средние и длинные дистанции.</w:t>
      </w:r>
    </w:p>
    <w:p w:rsidR="0096421F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Создания условий для совместного участия в спортивном мероприятии жителей города Омска.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2. Руководство соревнованием и проводящие организации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2.1. </w:t>
      </w:r>
      <w:proofErr w:type="gramStart"/>
      <w:r w:rsidRPr="00F50A81">
        <w:rPr>
          <w:sz w:val="20"/>
          <w:szCs w:val="20"/>
          <w:lang w:val="ru-RU"/>
        </w:rPr>
        <w:t>Подготовка и проведение соревнования осуществляе</w:t>
      </w:r>
      <w:r w:rsidR="00F92C31" w:rsidRPr="00F50A81">
        <w:rPr>
          <w:sz w:val="20"/>
          <w:szCs w:val="20"/>
          <w:lang w:val="ru-RU"/>
        </w:rPr>
        <w:t>тся Организатором мероприятия – СПОРТИВНЫЙ КЛУБ «</w:t>
      </w:r>
      <w:r w:rsidR="00F92C31" w:rsidRPr="00F50A81">
        <w:rPr>
          <w:sz w:val="20"/>
          <w:szCs w:val="20"/>
        </w:rPr>
        <w:t>IRONTEAM</w:t>
      </w:r>
      <w:r w:rsidR="00F92C31" w:rsidRPr="00F50A81">
        <w:rPr>
          <w:sz w:val="20"/>
          <w:szCs w:val="20"/>
          <w:lang w:val="ru-RU"/>
        </w:rPr>
        <w:t>»</w:t>
      </w:r>
      <w:r w:rsidR="00382BE9">
        <w:rPr>
          <w:sz w:val="20"/>
          <w:szCs w:val="20"/>
          <w:lang w:val="ru-RU"/>
        </w:rPr>
        <w:t xml:space="preserve"> (ООО «АП люкс </w:t>
      </w:r>
      <w:proofErr w:type="spellStart"/>
      <w:r w:rsidR="00382BE9">
        <w:rPr>
          <w:sz w:val="20"/>
          <w:szCs w:val="20"/>
          <w:lang w:val="ru-RU"/>
        </w:rPr>
        <w:t>Тревел</w:t>
      </w:r>
      <w:proofErr w:type="spellEnd"/>
      <w:r w:rsidR="00382BE9">
        <w:rPr>
          <w:sz w:val="20"/>
          <w:szCs w:val="20"/>
          <w:lang w:val="ru-RU"/>
        </w:rPr>
        <w:t>»</w:t>
      </w:r>
      <w:r w:rsidR="00F92C31" w:rsidRPr="00F50A81">
        <w:rPr>
          <w:sz w:val="20"/>
          <w:szCs w:val="20"/>
          <w:lang w:val="ru-RU"/>
        </w:rPr>
        <w:t xml:space="preserve"> и партнерами:</w:t>
      </w:r>
      <w:proofErr w:type="gramEnd"/>
      <w:r w:rsidR="00F92C31" w:rsidRPr="00F50A81">
        <w:rPr>
          <w:sz w:val="20"/>
          <w:szCs w:val="20"/>
          <w:lang w:val="ru-RU"/>
        </w:rPr>
        <w:t xml:space="preserve"> БУ ГОРОДА ОМСКА «СПОРТИВНЫЙ ГОРОД», </w:t>
      </w:r>
      <w:r w:rsidR="00890755" w:rsidRPr="00F50A81">
        <w:rPr>
          <w:sz w:val="20"/>
          <w:szCs w:val="20"/>
        </w:rPr>
        <w:t>DFS</w:t>
      </w:r>
      <w:r w:rsidR="00382BE9">
        <w:rPr>
          <w:sz w:val="20"/>
          <w:szCs w:val="20"/>
          <w:lang w:val="ru-RU"/>
        </w:rPr>
        <w:t>, городская зона отдыха «Зелёный остров»</w:t>
      </w:r>
      <w:r w:rsidR="00F92C31" w:rsidRPr="00F50A81">
        <w:rPr>
          <w:sz w:val="20"/>
          <w:szCs w:val="20"/>
          <w:lang w:val="ru-RU"/>
        </w:rPr>
        <w:t xml:space="preserve"> </w:t>
      </w:r>
      <w:r w:rsidRPr="00F50A81">
        <w:rPr>
          <w:sz w:val="20"/>
          <w:szCs w:val="20"/>
          <w:lang w:val="ru-RU"/>
        </w:rPr>
        <w:t xml:space="preserve"> (далее — «Организатор</w:t>
      </w:r>
      <w:r w:rsidR="00F92C31" w:rsidRPr="00F50A81">
        <w:rPr>
          <w:sz w:val="20"/>
          <w:szCs w:val="20"/>
          <w:lang w:val="ru-RU"/>
        </w:rPr>
        <w:t>ы</w:t>
      </w:r>
      <w:r w:rsidRPr="00F50A81">
        <w:rPr>
          <w:sz w:val="20"/>
          <w:szCs w:val="20"/>
          <w:lang w:val="ru-RU"/>
        </w:rPr>
        <w:t>»).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2.2. Организация подготовки и проведения соревнования возлагается на Организационный комитет (далее — Оргкомитет).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2.3. </w:t>
      </w:r>
      <w:proofErr w:type="gramStart"/>
      <w:r w:rsidRPr="00F50A81">
        <w:rPr>
          <w:sz w:val="20"/>
          <w:szCs w:val="20"/>
          <w:lang w:val="ru-RU"/>
        </w:rPr>
        <w:t>Контроль за</w:t>
      </w:r>
      <w:proofErr w:type="gramEnd"/>
      <w:r w:rsidRPr="00F50A81">
        <w:rPr>
          <w:sz w:val="20"/>
          <w:szCs w:val="20"/>
          <w:lang w:val="ru-RU"/>
        </w:rPr>
        <w:t xml:space="preserve"> подготовкой и проведением </w:t>
      </w:r>
      <w:r w:rsidR="00F92C31" w:rsidRPr="00F50A81">
        <w:rPr>
          <w:sz w:val="20"/>
          <w:szCs w:val="20"/>
          <w:lang w:val="ru-RU"/>
        </w:rPr>
        <w:t>мероприятия</w:t>
      </w:r>
      <w:r w:rsidRPr="00F50A81">
        <w:rPr>
          <w:sz w:val="20"/>
          <w:szCs w:val="20"/>
          <w:lang w:val="ru-RU"/>
        </w:rPr>
        <w:t>, допуском участников, рассмотрением официальных протестов и решением спорных вопросов осуществляется мандатной комиссией.</w:t>
      </w:r>
    </w:p>
    <w:p w:rsidR="0096421F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2.4. </w:t>
      </w:r>
      <w:r w:rsidR="00F92C31" w:rsidRPr="00F50A81">
        <w:rPr>
          <w:sz w:val="20"/>
          <w:szCs w:val="20"/>
          <w:lang w:val="ru-RU"/>
        </w:rPr>
        <w:t>Мероприятие</w:t>
      </w:r>
      <w:r w:rsidRPr="00F50A81">
        <w:rPr>
          <w:sz w:val="20"/>
          <w:szCs w:val="20"/>
          <w:lang w:val="ru-RU"/>
        </w:rPr>
        <w:t xml:space="preserve"> проводится с соблюдением требований законодательства Российской Федерации в области физической культуры и спорта, безопасности проведения массовых мероприятий и медицинского обеспечения.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3. Расходы по организации и проведению соревнования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3.1. Подготовка и проведение соревнования осуществляется за счёт собственных, привлечённых и </w:t>
      </w:r>
      <w:r w:rsidR="00890755" w:rsidRPr="00F50A81">
        <w:rPr>
          <w:sz w:val="20"/>
          <w:szCs w:val="20"/>
          <w:lang w:val="ru-RU"/>
        </w:rPr>
        <w:t>спонсорских средств Организаторов</w:t>
      </w:r>
      <w:r w:rsidRPr="00F50A81">
        <w:rPr>
          <w:sz w:val="20"/>
          <w:szCs w:val="20"/>
          <w:lang w:val="ru-RU"/>
        </w:rPr>
        <w:t>.</w:t>
      </w:r>
    </w:p>
    <w:p w:rsidR="0096421F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3.2. Расходы участников, связанные с проездом, размещением и питанием, несут сами участники.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4. Дата и место проведения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4.1. </w:t>
      </w:r>
      <w:r w:rsidR="00382BE9">
        <w:rPr>
          <w:sz w:val="20"/>
          <w:szCs w:val="20"/>
          <w:lang w:val="ru-RU"/>
        </w:rPr>
        <w:t>Дата проведения соревнования: 10</w:t>
      </w:r>
      <w:r w:rsidR="00E17164">
        <w:rPr>
          <w:sz w:val="20"/>
          <w:szCs w:val="20"/>
          <w:lang w:val="ru-RU"/>
        </w:rPr>
        <w:t xml:space="preserve"> октября 2026 года (суббота</w:t>
      </w:r>
      <w:r w:rsidRPr="00F50A81">
        <w:rPr>
          <w:sz w:val="20"/>
          <w:szCs w:val="20"/>
          <w:lang w:val="ru-RU"/>
        </w:rPr>
        <w:t>).</w:t>
      </w:r>
      <w:r w:rsidR="0096421F" w:rsidRPr="00F50A81">
        <w:rPr>
          <w:sz w:val="20"/>
          <w:szCs w:val="20"/>
          <w:lang w:val="ru-RU"/>
        </w:rPr>
        <w:t xml:space="preserve"> 08</w:t>
      </w:r>
      <w:r w:rsidR="00F92C31" w:rsidRPr="00F50A81">
        <w:rPr>
          <w:sz w:val="20"/>
          <w:szCs w:val="20"/>
          <w:lang w:val="ru-RU"/>
        </w:rPr>
        <w:t>.00-13.00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4.2. Место проведен</w:t>
      </w:r>
      <w:r w:rsidR="00382BE9">
        <w:rPr>
          <w:sz w:val="20"/>
          <w:szCs w:val="20"/>
          <w:lang w:val="ru-RU"/>
        </w:rPr>
        <w:t xml:space="preserve">ия: город Омск, 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4.3. Организатор оставляет за собой право внести изменения в место и время проведения при возникновении обстоятельств, препятствующих безопасному проведению соревнования.</w:t>
      </w:r>
    </w:p>
    <w:p w:rsidR="00566E49" w:rsidRPr="00F50A81" w:rsidRDefault="00566E49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382BE9">
        <w:rPr>
          <w:b/>
          <w:sz w:val="20"/>
          <w:szCs w:val="20"/>
          <w:lang w:val="ru-RU"/>
        </w:rPr>
        <w:t>5. Программа соревнования</w:t>
      </w:r>
    </w:p>
    <w:p w:rsidR="00890755" w:rsidRPr="00890755" w:rsidRDefault="003D0A5D" w:rsidP="00890755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>
        <w:rPr>
          <w:rFonts w:eastAsia="Times New Roman" w:cs="Times New Roman"/>
          <w:sz w:val="20"/>
          <w:szCs w:val="20"/>
          <w:lang w:val="ru-RU" w:eastAsia="ru-RU"/>
        </w:rPr>
        <w:t>Суббота, 9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октября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 12:00-21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>:00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 xml:space="preserve"> - Магазин </w:t>
      </w:r>
      <w:r w:rsidR="00DD55C9" w:rsidRPr="00F50A81">
        <w:rPr>
          <w:rFonts w:eastAsia="Times New Roman" w:cs="Times New Roman"/>
          <w:sz w:val="20"/>
          <w:szCs w:val="20"/>
          <w:lang w:eastAsia="ru-RU"/>
        </w:rPr>
        <w:t>DFS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 xml:space="preserve"> – ул.</w:t>
      </w:r>
      <w:r w:rsidR="0096421F" w:rsidRPr="00F50A81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Красный путь, 76</w:t>
      </w:r>
    </w:p>
    <w:p w:rsidR="00890755" w:rsidRPr="00890755" w:rsidRDefault="00DD55C9" w:rsidP="00890755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В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>ыдача стартовых пакето</w:t>
      </w:r>
      <w:r w:rsidR="00890755" w:rsidRPr="00F50A81">
        <w:rPr>
          <w:rFonts w:eastAsia="Times New Roman" w:cs="Times New Roman"/>
          <w:sz w:val="20"/>
          <w:szCs w:val="20"/>
          <w:lang w:val="ru-RU" w:eastAsia="ru-RU"/>
        </w:rPr>
        <w:t xml:space="preserve">в 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>зарегистрированным участникам и р</w:t>
      </w:r>
      <w:r w:rsidRPr="00890755">
        <w:rPr>
          <w:rFonts w:eastAsia="Times New Roman" w:cs="Times New Roman"/>
          <w:sz w:val="20"/>
          <w:szCs w:val="20"/>
          <w:lang w:val="ru-RU" w:eastAsia="ru-RU"/>
        </w:rPr>
        <w:t>егистрация новых участников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 стартовых слотов)</w:t>
      </w:r>
    </w:p>
    <w:p w:rsidR="00DD55C9" w:rsidRPr="00F50A81" w:rsidRDefault="00DD55C9" w:rsidP="00890755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</w:p>
    <w:p w:rsidR="00DD55C9" w:rsidRPr="00890755" w:rsidRDefault="00E17164" w:rsidP="00890755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>
        <w:rPr>
          <w:rFonts w:eastAsia="Times New Roman" w:cs="Times New Roman"/>
          <w:sz w:val="20"/>
          <w:szCs w:val="20"/>
          <w:lang w:val="ru-RU" w:eastAsia="ru-RU"/>
        </w:rPr>
        <w:t>Суббота</w:t>
      </w:r>
      <w:bookmarkStart w:id="0" w:name="_GoBack"/>
      <w:bookmarkEnd w:id="0"/>
      <w:r>
        <w:rPr>
          <w:rFonts w:eastAsia="Times New Roman" w:cs="Times New Roman"/>
          <w:sz w:val="20"/>
          <w:szCs w:val="20"/>
          <w:lang w:val="ru-RU" w:eastAsia="ru-RU"/>
        </w:rPr>
        <w:t>, 10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октября</w:t>
      </w:r>
    </w:p>
    <w:p w:rsidR="00890755" w:rsidRPr="00890755" w:rsidRDefault="00DD55C9" w:rsidP="00DD55C9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09:0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>0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- 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>Открытие стартового городка, начало работы раздевалок и камер хранения.</w:t>
      </w:r>
    </w:p>
    <w:p w:rsidR="00DD55C9" w:rsidRPr="00F50A81" w:rsidRDefault="00890755" w:rsidP="0096421F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890755">
        <w:rPr>
          <w:rFonts w:eastAsia="Times New Roman" w:cs="Times New Roman"/>
          <w:sz w:val="20"/>
          <w:szCs w:val="20"/>
          <w:lang w:val="ru-RU" w:eastAsia="ru-RU"/>
        </w:rPr>
        <w:t>09:45-09:55</w:t>
      </w:r>
      <w:r w:rsidR="0096421F" w:rsidRPr="00F50A81">
        <w:rPr>
          <w:rFonts w:eastAsia="Times New Roman" w:cs="Times New Roman"/>
          <w:sz w:val="20"/>
          <w:szCs w:val="20"/>
          <w:lang w:val="ru-RU" w:eastAsia="ru-RU"/>
        </w:rPr>
        <w:t xml:space="preserve"> - </w:t>
      </w:r>
      <w:r w:rsidRPr="00890755">
        <w:rPr>
          <w:rFonts w:eastAsia="Times New Roman" w:cs="Times New Roman"/>
          <w:sz w:val="20"/>
          <w:szCs w:val="20"/>
          <w:lang w:val="ru-RU" w:eastAsia="ru-RU"/>
        </w:rPr>
        <w:t xml:space="preserve">Церемония открытия 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бегового фестив</w:t>
      </w:r>
      <w:r w:rsidR="00204CF8" w:rsidRPr="00F50A81">
        <w:rPr>
          <w:rFonts w:eastAsia="Times New Roman" w:cs="Times New Roman"/>
          <w:sz w:val="20"/>
          <w:szCs w:val="20"/>
          <w:lang w:val="ru-RU" w:eastAsia="ru-RU"/>
        </w:rPr>
        <w:t>а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ля</w:t>
      </w:r>
    </w:p>
    <w:p w:rsidR="00204CF8" w:rsidRPr="00F50A81" w:rsidRDefault="00890755" w:rsidP="0096421F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890755">
        <w:rPr>
          <w:rFonts w:eastAsia="Times New Roman" w:cs="Times New Roman"/>
          <w:sz w:val="20"/>
          <w:szCs w:val="20"/>
          <w:lang w:val="ru-RU" w:eastAsia="ru-RU"/>
        </w:rPr>
        <w:t>10:00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 xml:space="preserve"> - </w:t>
      </w:r>
      <w:r w:rsidRPr="00890755">
        <w:rPr>
          <w:rFonts w:eastAsia="Times New Roman" w:cs="Times New Roman"/>
          <w:sz w:val="20"/>
          <w:szCs w:val="20"/>
          <w:lang w:val="ru-RU" w:eastAsia="ru-RU"/>
        </w:rPr>
        <w:t xml:space="preserve">Старт забега на дистанцию </w:t>
      </w:r>
      <w:r w:rsidR="007F0E36" w:rsidRPr="00F50A81">
        <w:rPr>
          <w:rFonts w:eastAsia="Times New Roman" w:cs="Times New Roman"/>
          <w:sz w:val="20"/>
          <w:szCs w:val="20"/>
          <w:lang w:val="ru-RU" w:eastAsia="ru-RU"/>
        </w:rPr>
        <w:t>10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км</w:t>
      </w:r>
    </w:p>
    <w:p w:rsidR="0096421F" w:rsidRPr="00F50A81" w:rsidRDefault="007F0E36" w:rsidP="0096421F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11:00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96421F" w:rsidRPr="00F50A81">
        <w:rPr>
          <w:rFonts w:eastAsia="Times New Roman" w:cs="Times New Roman"/>
          <w:sz w:val="20"/>
          <w:szCs w:val="20"/>
          <w:lang w:val="ru-RU" w:eastAsia="ru-RU"/>
        </w:rPr>
        <w:t>-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 xml:space="preserve"> Старт 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>забега на дистанцию 3</w:t>
      </w:r>
      <w:r w:rsidR="00DD55C9" w:rsidRPr="00F50A81">
        <w:rPr>
          <w:rFonts w:eastAsia="Times New Roman" w:cs="Times New Roman"/>
          <w:sz w:val="20"/>
          <w:szCs w:val="20"/>
          <w:lang w:val="ru-RU" w:eastAsia="ru-RU"/>
        </w:rPr>
        <w:t>км</w:t>
      </w:r>
    </w:p>
    <w:p w:rsidR="0096421F" w:rsidRDefault="00DD55C9" w:rsidP="0096421F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11</w:t>
      </w:r>
      <w:r w:rsidR="00204CF8" w:rsidRPr="00F50A81">
        <w:rPr>
          <w:rFonts w:eastAsia="Times New Roman" w:cs="Times New Roman"/>
          <w:sz w:val="20"/>
          <w:szCs w:val="20"/>
          <w:lang w:val="ru-RU" w:eastAsia="ru-RU"/>
        </w:rPr>
        <w:t>:2</w:t>
      </w:r>
      <w:r w:rsidR="003D0A5D">
        <w:rPr>
          <w:rFonts w:eastAsia="Times New Roman" w:cs="Times New Roman"/>
          <w:sz w:val="20"/>
          <w:szCs w:val="20"/>
          <w:lang w:val="ru-RU" w:eastAsia="ru-RU"/>
        </w:rPr>
        <w:t>0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96421F" w:rsidRPr="00F50A81">
        <w:rPr>
          <w:rFonts w:eastAsia="Times New Roman" w:cs="Times New Roman"/>
          <w:sz w:val="20"/>
          <w:szCs w:val="20"/>
          <w:lang w:val="ru-RU" w:eastAsia="ru-RU"/>
        </w:rPr>
        <w:t>-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Старт </w:t>
      </w:r>
      <w:r w:rsidR="003D0A5D">
        <w:rPr>
          <w:rFonts w:eastAsia="Times New Roman" w:cs="Times New Roman"/>
          <w:sz w:val="20"/>
          <w:szCs w:val="20"/>
          <w:lang w:val="ru-RU" w:eastAsia="ru-RU"/>
        </w:rPr>
        <w:t>забега</w:t>
      </w:r>
      <w:r w:rsidR="0096421F" w:rsidRPr="00F50A81">
        <w:rPr>
          <w:rFonts w:eastAsia="Times New Roman" w:cs="Times New Roman"/>
          <w:sz w:val="20"/>
          <w:szCs w:val="20"/>
          <w:lang w:val="ru-RU" w:eastAsia="ru-RU"/>
        </w:rPr>
        <w:t xml:space="preserve"> на дистанцию 1</w:t>
      </w:r>
      <w:r w:rsidR="003D0A5D">
        <w:rPr>
          <w:rFonts w:eastAsia="Times New Roman" w:cs="Times New Roman"/>
          <w:sz w:val="20"/>
          <w:szCs w:val="20"/>
          <w:lang w:val="ru-RU" w:eastAsia="ru-RU"/>
        </w:rPr>
        <w:t>,5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>км</w:t>
      </w:r>
      <w:r w:rsidR="003D0A5D">
        <w:rPr>
          <w:rFonts w:eastAsia="Times New Roman" w:cs="Times New Roman"/>
          <w:sz w:val="20"/>
          <w:szCs w:val="20"/>
          <w:lang w:val="ru-RU" w:eastAsia="ru-RU"/>
        </w:rPr>
        <w:t xml:space="preserve"> (2011-2013гг)</w:t>
      </w:r>
    </w:p>
    <w:p w:rsidR="003D0A5D" w:rsidRDefault="003D0A5D" w:rsidP="003D0A5D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11</w:t>
      </w:r>
      <w:r>
        <w:rPr>
          <w:rFonts w:eastAsia="Times New Roman" w:cs="Times New Roman"/>
          <w:sz w:val="20"/>
          <w:szCs w:val="20"/>
          <w:lang w:val="ru-RU" w:eastAsia="ru-RU"/>
        </w:rPr>
        <w:t>:30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- Старт </w:t>
      </w:r>
      <w:r>
        <w:rPr>
          <w:rFonts w:eastAsia="Times New Roman" w:cs="Times New Roman"/>
          <w:sz w:val="20"/>
          <w:szCs w:val="20"/>
          <w:lang w:val="ru-RU" w:eastAsia="ru-RU"/>
        </w:rPr>
        <w:t>забега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на дистанцию 1</w:t>
      </w:r>
      <w:r>
        <w:rPr>
          <w:rFonts w:eastAsia="Times New Roman" w:cs="Times New Roman"/>
          <w:sz w:val="20"/>
          <w:szCs w:val="20"/>
          <w:lang w:val="ru-RU" w:eastAsia="ru-RU"/>
        </w:rPr>
        <w:t>,5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>км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(2014-2017гг)</w:t>
      </w:r>
    </w:p>
    <w:p w:rsidR="003D0A5D" w:rsidRDefault="003D0A5D" w:rsidP="003D0A5D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11</w:t>
      </w:r>
      <w:r>
        <w:rPr>
          <w:rFonts w:eastAsia="Times New Roman" w:cs="Times New Roman"/>
          <w:sz w:val="20"/>
          <w:szCs w:val="20"/>
          <w:lang w:val="ru-RU" w:eastAsia="ru-RU"/>
        </w:rPr>
        <w:t>:40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- Старт </w:t>
      </w:r>
      <w:r>
        <w:rPr>
          <w:rFonts w:eastAsia="Times New Roman" w:cs="Times New Roman"/>
          <w:sz w:val="20"/>
          <w:szCs w:val="20"/>
          <w:lang w:val="ru-RU" w:eastAsia="ru-RU"/>
        </w:rPr>
        <w:t>забега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на дистанцию 1</w:t>
      </w:r>
      <w:r>
        <w:rPr>
          <w:rFonts w:eastAsia="Times New Roman" w:cs="Times New Roman"/>
          <w:sz w:val="20"/>
          <w:szCs w:val="20"/>
          <w:lang w:val="ru-RU" w:eastAsia="ru-RU"/>
        </w:rPr>
        <w:t>,5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>км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(2018 и младше)</w:t>
      </w:r>
    </w:p>
    <w:p w:rsidR="003D0A5D" w:rsidRPr="00890755" w:rsidRDefault="003D0A5D" w:rsidP="0096421F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</w:p>
    <w:p w:rsidR="00890755" w:rsidRPr="00F50A81" w:rsidRDefault="007F0E36" w:rsidP="00F92C31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  <w:r w:rsidRPr="00F50A81">
        <w:rPr>
          <w:rFonts w:eastAsia="Times New Roman" w:cs="Times New Roman"/>
          <w:sz w:val="20"/>
          <w:szCs w:val="20"/>
          <w:lang w:val="ru-RU" w:eastAsia="ru-RU"/>
        </w:rPr>
        <w:t>12:00</w:t>
      </w:r>
      <w:r w:rsidR="003D0A5D">
        <w:rPr>
          <w:rFonts w:eastAsia="Times New Roman" w:cs="Times New Roman"/>
          <w:sz w:val="20"/>
          <w:szCs w:val="20"/>
          <w:lang w:val="ru-RU" w:eastAsia="ru-RU"/>
        </w:rPr>
        <w:t>-12:2</w:t>
      </w:r>
      <w:r w:rsidR="00FC1DD4" w:rsidRPr="00F50A81">
        <w:rPr>
          <w:rFonts w:eastAsia="Times New Roman" w:cs="Times New Roman"/>
          <w:sz w:val="20"/>
          <w:szCs w:val="20"/>
          <w:lang w:val="ru-RU" w:eastAsia="ru-RU"/>
        </w:rPr>
        <w:t>0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890755" w:rsidRPr="00890755">
        <w:rPr>
          <w:rFonts w:eastAsia="Times New Roman" w:cs="Times New Roman"/>
          <w:sz w:val="20"/>
          <w:szCs w:val="20"/>
          <w:lang w:val="ru-RU" w:eastAsia="ru-RU"/>
        </w:rPr>
        <w:t>Церемония на</w:t>
      </w:r>
      <w:r w:rsidRPr="00F50A81">
        <w:rPr>
          <w:rFonts w:eastAsia="Times New Roman" w:cs="Times New Roman"/>
          <w:sz w:val="20"/>
          <w:szCs w:val="20"/>
          <w:lang w:val="ru-RU" w:eastAsia="ru-RU"/>
        </w:rPr>
        <w:t>граждения на всех дистанциях по следующим категориям:</w:t>
      </w:r>
    </w:p>
    <w:p w:rsidR="0096421F" w:rsidRPr="00F50A81" w:rsidRDefault="0096421F" w:rsidP="00F92C31">
      <w:pPr>
        <w:spacing w:after="0" w:line="240" w:lineRule="auto"/>
        <w:rPr>
          <w:rFonts w:eastAsia="Times New Roman" w:cs="Times New Roman"/>
          <w:sz w:val="20"/>
          <w:szCs w:val="20"/>
          <w:lang w:val="ru-RU" w:eastAsia="ru-RU"/>
        </w:rPr>
      </w:pPr>
    </w:p>
    <w:tbl>
      <w:tblPr>
        <w:tblStyle w:val="aff0"/>
        <w:tblW w:w="9219" w:type="dxa"/>
        <w:jc w:val="center"/>
        <w:tblLook w:val="04A0" w:firstRow="1" w:lastRow="0" w:firstColumn="1" w:lastColumn="0" w:noHBand="0" w:noVBand="1"/>
      </w:tblPr>
      <w:tblGrid>
        <w:gridCol w:w="1325"/>
        <w:gridCol w:w="2126"/>
        <w:gridCol w:w="2004"/>
        <w:gridCol w:w="3764"/>
      </w:tblGrid>
      <w:tr w:rsidR="003D0A5D" w:rsidRPr="00F50A81" w:rsidTr="003D0A5D">
        <w:trPr>
          <w:jc w:val="center"/>
        </w:trPr>
        <w:tc>
          <w:tcPr>
            <w:tcW w:w="1325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Дистанция</w:t>
            </w:r>
          </w:p>
        </w:tc>
        <w:tc>
          <w:tcPr>
            <w:tcW w:w="2126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Лимит времени</w:t>
            </w:r>
          </w:p>
        </w:tc>
        <w:tc>
          <w:tcPr>
            <w:tcW w:w="200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Абсолютное первенство</w:t>
            </w:r>
          </w:p>
        </w:tc>
        <w:tc>
          <w:tcPr>
            <w:tcW w:w="376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Категории (только первые места)</w:t>
            </w:r>
          </w:p>
        </w:tc>
      </w:tr>
      <w:tr w:rsidR="003D0A5D" w:rsidRPr="00F50A81" w:rsidTr="003D0A5D">
        <w:trPr>
          <w:jc w:val="center"/>
        </w:trPr>
        <w:tc>
          <w:tcPr>
            <w:tcW w:w="1325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10 км</w:t>
            </w:r>
          </w:p>
        </w:tc>
        <w:tc>
          <w:tcPr>
            <w:tcW w:w="2126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1 час 30мин</w:t>
            </w:r>
          </w:p>
        </w:tc>
        <w:tc>
          <w:tcPr>
            <w:tcW w:w="200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 первых мест у мужчин и женщин</w:t>
            </w:r>
          </w:p>
        </w:tc>
        <w:tc>
          <w:tcPr>
            <w:tcW w:w="3764" w:type="dxa"/>
          </w:tcPr>
          <w:p w:rsidR="003D0A5D" w:rsidRDefault="003D0A5D" w:rsidP="003D0A5D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40-44/45-49/50-54/55-59/60-64/65+</w:t>
            </w:r>
          </w:p>
          <w:p w:rsidR="003D0A5D" w:rsidRPr="00F50A81" w:rsidRDefault="003D0A5D" w:rsidP="003D0A5D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 xml:space="preserve"> (М/Ж)</w:t>
            </w:r>
          </w:p>
        </w:tc>
      </w:tr>
      <w:tr w:rsidR="003D0A5D" w:rsidRPr="00F50A81" w:rsidTr="003D0A5D">
        <w:trPr>
          <w:jc w:val="center"/>
        </w:trPr>
        <w:tc>
          <w:tcPr>
            <w:tcW w:w="1325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3 км</w:t>
            </w:r>
          </w:p>
        </w:tc>
        <w:tc>
          <w:tcPr>
            <w:tcW w:w="2126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30 минут</w:t>
            </w:r>
          </w:p>
        </w:tc>
        <w:tc>
          <w:tcPr>
            <w:tcW w:w="200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 первых мест у мужчин и женщин</w:t>
            </w:r>
          </w:p>
        </w:tc>
        <w:tc>
          <w:tcPr>
            <w:tcW w:w="376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Категорий нет</w:t>
            </w:r>
          </w:p>
        </w:tc>
      </w:tr>
      <w:tr w:rsidR="003D0A5D" w:rsidRPr="00E17164" w:rsidTr="003D0A5D">
        <w:trPr>
          <w:jc w:val="center"/>
        </w:trPr>
        <w:tc>
          <w:tcPr>
            <w:tcW w:w="1325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1</w:t>
            </w:r>
            <w:r>
              <w:rPr>
                <w:sz w:val="20"/>
                <w:szCs w:val="20"/>
                <w:lang w:val="ru-RU"/>
              </w:rPr>
              <w:t>,5</w:t>
            </w:r>
            <w:r w:rsidRPr="00F50A81">
              <w:rPr>
                <w:sz w:val="20"/>
                <w:szCs w:val="20"/>
                <w:lang w:val="ru-RU"/>
              </w:rPr>
              <w:t>км</w:t>
            </w:r>
          </w:p>
        </w:tc>
        <w:tc>
          <w:tcPr>
            <w:tcW w:w="2126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10 минут</w:t>
            </w:r>
          </w:p>
        </w:tc>
        <w:tc>
          <w:tcPr>
            <w:tcW w:w="200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2014</w:t>
            </w:r>
            <w:r>
              <w:rPr>
                <w:sz w:val="20"/>
                <w:szCs w:val="20"/>
                <w:lang w:val="ru-RU"/>
              </w:rPr>
              <w:t>-2017</w:t>
            </w:r>
          </w:p>
          <w:p w:rsidR="003D0A5D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2011-2013</w:t>
            </w:r>
          </w:p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64" w:type="dxa"/>
          </w:tcPr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 xml:space="preserve">6 наградных мест: </w:t>
            </w:r>
          </w:p>
          <w:p w:rsidR="003D0A5D" w:rsidRPr="00F50A81" w:rsidRDefault="003D0A5D" w:rsidP="00B9775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среди мальчиков и девочек</w:t>
            </w:r>
            <w:r w:rsidRPr="00F50A81">
              <w:rPr>
                <w:sz w:val="20"/>
                <w:szCs w:val="20"/>
                <w:lang w:val="ru-RU"/>
              </w:rPr>
              <w:t xml:space="preserve"> в каждом возрасте</w:t>
            </w:r>
          </w:p>
        </w:tc>
      </w:tr>
      <w:tr w:rsidR="003D0A5D" w:rsidRPr="00382BE9" w:rsidTr="003D0A5D">
        <w:trPr>
          <w:jc w:val="center"/>
        </w:trPr>
        <w:tc>
          <w:tcPr>
            <w:tcW w:w="1325" w:type="dxa"/>
          </w:tcPr>
          <w:p w:rsidR="003D0A5D" w:rsidRPr="00F50A81" w:rsidRDefault="003D0A5D" w:rsidP="00B06DD7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1</w:t>
            </w:r>
            <w:r>
              <w:rPr>
                <w:sz w:val="20"/>
                <w:szCs w:val="20"/>
                <w:lang w:val="ru-RU"/>
              </w:rPr>
              <w:t>,5</w:t>
            </w:r>
            <w:r w:rsidRPr="00F50A81">
              <w:rPr>
                <w:sz w:val="20"/>
                <w:szCs w:val="20"/>
                <w:lang w:val="ru-RU"/>
              </w:rPr>
              <w:t>км</w:t>
            </w:r>
          </w:p>
        </w:tc>
        <w:tc>
          <w:tcPr>
            <w:tcW w:w="2126" w:type="dxa"/>
          </w:tcPr>
          <w:p w:rsidR="003D0A5D" w:rsidRPr="00F50A81" w:rsidRDefault="003D0A5D" w:rsidP="00B06DD7">
            <w:pPr>
              <w:jc w:val="center"/>
              <w:rPr>
                <w:sz w:val="20"/>
                <w:szCs w:val="20"/>
                <w:lang w:val="ru-RU"/>
              </w:rPr>
            </w:pPr>
            <w:r w:rsidRPr="00F50A81">
              <w:rPr>
                <w:sz w:val="20"/>
                <w:szCs w:val="20"/>
                <w:lang w:val="ru-RU"/>
              </w:rPr>
              <w:t>10 минут</w:t>
            </w:r>
          </w:p>
        </w:tc>
        <w:tc>
          <w:tcPr>
            <w:tcW w:w="2004" w:type="dxa"/>
          </w:tcPr>
          <w:p w:rsidR="003D0A5D" w:rsidRPr="00F50A81" w:rsidRDefault="003D0A5D" w:rsidP="003D0A5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2018</w:t>
            </w:r>
            <w:r w:rsidRPr="00F50A81">
              <w:rPr>
                <w:sz w:val="20"/>
                <w:szCs w:val="20"/>
                <w:lang w:val="ru-RU"/>
              </w:rPr>
              <w:t xml:space="preserve"> и младше</w:t>
            </w:r>
          </w:p>
        </w:tc>
        <w:tc>
          <w:tcPr>
            <w:tcW w:w="3764" w:type="dxa"/>
          </w:tcPr>
          <w:p w:rsidR="003D0A5D" w:rsidRPr="00F50A81" w:rsidRDefault="003D0A5D" w:rsidP="003D0A5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не соревновательный забег</w:t>
            </w:r>
          </w:p>
        </w:tc>
      </w:tr>
    </w:tbl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lastRenderedPageBreak/>
        <w:t xml:space="preserve">5.2. Точное расписание работы </w:t>
      </w:r>
      <w:proofErr w:type="spellStart"/>
      <w:r w:rsidRPr="00F50A81">
        <w:rPr>
          <w:sz w:val="20"/>
          <w:szCs w:val="20"/>
          <w:lang w:val="ru-RU"/>
        </w:rPr>
        <w:t>стартово</w:t>
      </w:r>
      <w:proofErr w:type="spellEnd"/>
      <w:r w:rsidRPr="00F50A81">
        <w:rPr>
          <w:sz w:val="20"/>
          <w:szCs w:val="20"/>
          <w:lang w:val="ru-RU"/>
        </w:rPr>
        <w:t>-финишного городка, выдачи стартовых пакетов, стартов и награждения утверждается Оргкомитетом и доводится до участников до начала мероприятия.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5.3. Организатор вправе изменять программу мероприятия с учётом погодных условий, требований безопасности </w:t>
      </w:r>
      <w:r w:rsidR="00612DCE" w:rsidRPr="00F50A81">
        <w:rPr>
          <w:sz w:val="20"/>
          <w:szCs w:val="20"/>
          <w:lang w:val="ru-RU"/>
        </w:rPr>
        <w:t>и организационной необходимости.</w:t>
      </w:r>
    </w:p>
    <w:p w:rsidR="00566E49" w:rsidRPr="00F50A81" w:rsidRDefault="00566E49" w:rsidP="00F92C31">
      <w:pPr>
        <w:spacing w:after="0" w:line="240" w:lineRule="auto"/>
        <w:rPr>
          <w:b/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6. Количество участников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6.1. Максимальное количество участников устанавливается Организатором исходя из пропускной способности трассы, требований безопасности и возможностей инфраструктуры мероприятия.</w:t>
      </w:r>
    </w:p>
    <w:p w:rsidR="00AD48C5" w:rsidRPr="00F50A81" w:rsidRDefault="00AD48C5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10км -</w:t>
      </w:r>
      <w:r w:rsidR="003D0A5D">
        <w:rPr>
          <w:sz w:val="20"/>
          <w:szCs w:val="20"/>
          <w:lang w:val="ru-RU"/>
        </w:rPr>
        <w:t xml:space="preserve"> 30</w:t>
      </w:r>
      <w:r w:rsidRPr="00F50A81">
        <w:rPr>
          <w:sz w:val="20"/>
          <w:szCs w:val="20"/>
          <w:lang w:val="ru-RU"/>
        </w:rPr>
        <w:t>0 человек</w:t>
      </w:r>
    </w:p>
    <w:p w:rsidR="00AD48C5" w:rsidRPr="00F50A81" w:rsidRDefault="00612DCE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3</w:t>
      </w:r>
      <w:r w:rsidR="00AD48C5" w:rsidRPr="00F50A81">
        <w:rPr>
          <w:sz w:val="20"/>
          <w:szCs w:val="20"/>
          <w:lang w:val="ru-RU"/>
        </w:rPr>
        <w:t>км –</w:t>
      </w:r>
      <w:r w:rsidR="003D0A5D">
        <w:rPr>
          <w:sz w:val="20"/>
          <w:szCs w:val="20"/>
          <w:lang w:val="ru-RU"/>
        </w:rPr>
        <w:t xml:space="preserve"> 20</w:t>
      </w:r>
      <w:r w:rsidR="00AD48C5" w:rsidRPr="00F50A81">
        <w:rPr>
          <w:sz w:val="20"/>
          <w:szCs w:val="20"/>
          <w:lang w:val="ru-RU"/>
        </w:rPr>
        <w:t>0 человек</w:t>
      </w:r>
    </w:p>
    <w:p w:rsidR="00612DCE" w:rsidRDefault="00AD48C5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</w:t>
      </w:r>
      <w:r w:rsidR="003D0A5D">
        <w:rPr>
          <w:sz w:val="20"/>
          <w:szCs w:val="20"/>
          <w:lang w:val="ru-RU"/>
        </w:rPr>
        <w:t>,5</w:t>
      </w:r>
      <w:r w:rsidRPr="00F50A81">
        <w:rPr>
          <w:sz w:val="20"/>
          <w:szCs w:val="20"/>
          <w:lang w:val="ru-RU"/>
        </w:rPr>
        <w:t xml:space="preserve">км </w:t>
      </w:r>
      <w:r w:rsidR="00612DCE" w:rsidRPr="00F50A81">
        <w:rPr>
          <w:sz w:val="20"/>
          <w:szCs w:val="20"/>
          <w:lang w:val="ru-RU"/>
        </w:rPr>
        <w:t>–</w:t>
      </w:r>
      <w:r w:rsidRPr="00F50A81">
        <w:rPr>
          <w:sz w:val="20"/>
          <w:szCs w:val="20"/>
          <w:lang w:val="ru-RU"/>
        </w:rPr>
        <w:t xml:space="preserve"> </w:t>
      </w:r>
      <w:r w:rsidR="003D0A5D">
        <w:rPr>
          <w:sz w:val="20"/>
          <w:szCs w:val="20"/>
          <w:lang w:val="ru-RU"/>
        </w:rPr>
        <w:t>10</w:t>
      </w:r>
      <w:r w:rsidR="00612DCE" w:rsidRPr="00F50A81">
        <w:rPr>
          <w:sz w:val="20"/>
          <w:szCs w:val="20"/>
          <w:lang w:val="ru-RU"/>
        </w:rPr>
        <w:t>0 человек (</w:t>
      </w:r>
      <w:r w:rsidR="003D0A5D">
        <w:rPr>
          <w:sz w:val="20"/>
          <w:szCs w:val="20"/>
          <w:lang w:val="ru-RU"/>
        </w:rPr>
        <w:t>три</w:t>
      </w:r>
      <w:r w:rsidR="00612DCE" w:rsidRPr="00F50A81">
        <w:rPr>
          <w:sz w:val="20"/>
          <w:szCs w:val="20"/>
          <w:lang w:val="ru-RU"/>
        </w:rPr>
        <w:t xml:space="preserve"> забега: м/д)</w:t>
      </w:r>
    </w:p>
    <w:p w:rsidR="003D0A5D" w:rsidRPr="00F50A81" w:rsidRDefault="003D0A5D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6.2. Организатор вправе прекратить регистрацию при достижении установленного лимита участников.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7. Лимиты времени</w:t>
      </w:r>
    </w:p>
    <w:p w:rsidR="00790E08" w:rsidRPr="00F50A81" w:rsidRDefault="00BD00D4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7.1</w:t>
      </w:r>
      <w:r w:rsidR="008C741F" w:rsidRPr="00F50A81">
        <w:rPr>
          <w:sz w:val="20"/>
          <w:szCs w:val="20"/>
          <w:lang w:val="ru-RU"/>
        </w:rPr>
        <w:t>. Участник, не уложившийся в установленный лимит времени, может быть снят с дистанции и получает статус «не финишировавшего».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8. Допуск к участию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8.1. К участию в соревновании на дистанцию 10 км допуск</w:t>
      </w:r>
      <w:r w:rsidR="00B97753" w:rsidRPr="00F50A81">
        <w:rPr>
          <w:sz w:val="20"/>
          <w:szCs w:val="20"/>
          <w:lang w:val="ru-RU"/>
        </w:rPr>
        <w:t>аются все желающие в возрасте 18</w:t>
      </w:r>
      <w:r w:rsidRPr="00F50A81">
        <w:rPr>
          <w:sz w:val="20"/>
          <w:szCs w:val="20"/>
          <w:lang w:val="ru-RU"/>
        </w:rPr>
        <w:t xml:space="preserve"> лет и старше.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8.2. К участ</w:t>
      </w:r>
      <w:r w:rsidR="00B97753" w:rsidRPr="00F50A81">
        <w:rPr>
          <w:sz w:val="20"/>
          <w:szCs w:val="20"/>
          <w:lang w:val="ru-RU"/>
        </w:rPr>
        <w:t>ию в соревновании на дистанцию 3</w:t>
      </w:r>
      <w:r w:rsidRPr="00F50A81">
        <w:rPr>
          <w:sz w:val="20"/>
          <w:szCs w:val="20"/>
          <w:lang w:val="ru-RU"/>
        </w:rPr>
        <w:t xml:space="preserve"> км допуск</w:t>
      </w:r>
      <w:r w:rsidR="003D0A5D">
        <w:rPr>
          <w:sz w:val="20"/>
          <w:szCs w:val="20"/>
          <w:lang w:val="ru-RU"/>
        </w:rPr>
        <w:t>аются все желающие в возрасте 14</w:t>
      </w:r>
      <w:r w:rsidRPr="00F50A81">
        <w:rPr>
          <w:sz w:val="20"/>
          <w:szCs w:val="20"/>
          <w:lang w:val="ru-RU"/>
        </w:rPr>
        <w:t xml:space="preserve"> лет и старше.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8.3. Для несовершеннолетних участников требуется согласие родителей (законных представителей) в случаях и форме, установленных Организатором.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9. Регистрация участников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9.1. Электронная регистрация участников проводится через официальный ресурс/регистрационный сервис, </w:t>
      </w:r>
      <w:proofErr w:type="spellStart"/>
      <w:r w:rsidR="00973C46">
        <w:rPr>
          <w:sz w:val="20"/>
          <w:szCs w:val="20"/>
        </w:rPr>
        <w:t>RussiaRunning</w:t>
      </w:r>
      <w:proofErr w:type="spellEnd"/>
      <w:r w:rsidRPr="00F50A81">
        <w:rPr>
          <w:sz w:val="20"/>
          <w:szCs w:val="20"/>
          <w:lang w:val="ru-RU"/>
        </w:rPr>
        <w:t>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9.2. Участник считается зарегистрированным после заполнения регистрационной формы и оплаты регистрационного взноса, если такой взнос установлен.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9.3. Регистрация может быть закрыта досрочно при достижении максимального количества участников.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9.4. При регистрации участник обязан указывать достоверные персональные данные в соответствии с документом, удостоверяющим личность.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9.5. Организатор вправе аннулировать регистрацию при предоставлении ложных, неточных или неполных сведений.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10. Изменение дистанции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10.1. Изменение оплаченной дистанции допускается до закрытия электронной регистрации при наличии свободных мест и в порядке, установленном Организатором.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11. Условия получения стартового пакета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11.1. При получении стартового пакета участник </w:t>
      </w:r>
      <w:proofErr w:type="gramStart"/>
      <w:r w:rsidRPr="00F50A81">
        <w:rPr>
          <w:sz w:val="20"/>
          <w:szCs w:val="20"/>
          <w:lang w:val="ru-RU"/>
        </w:rPr>
        <w:t>предоставляет документ</w:t>
      </w:r>
      <w:proofErr w:type="gramEnd"/>
      <w:r w:rsidRPr="00F50A81">
        <w:rPr>
          <w:sz w:val="20"/>
          <w:szCs w:val="20"/>
          <w:lang w:val="ru-RU"/>
        </w:rPr>
        <w:t>, удостоверяющий личность, а также медицинскую справку и иные документы, если их предоставление предусмотрено Организатором.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11.2. Для несовершеннолетних участников дополнительно предоставляется согласие родителя (законного представителя) в установленной форме.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11.3. Стартовый пакет не выдаётся при отсутствии обязательных документов.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11.4. Порядок и сроки выдачи стартовых пакетов публикуются Организатором дополнительно.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12. К участию в соревновании не допускаются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Участники без стартового номера.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Участники с животными, если иное прямо не разрешено Организатором.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Участники с предметами и снаряжением, способными помешать другим участникам или создать угрозу их безопасности.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Участники, использующие механические средства передвижения, если иное не предусмотрено отдельными правилами мероприятия.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Лица, находящиеся в состоянии алкогольного или иного опьянения.</w:t>
      </w:r>
    </w:p>
    <w:p w:rsidR="0096421F" w:rsidRPr="00F50A81" w:rsidRDefault="0096421F" w:rsidP="00F92C31">
      <w:pPr>
        <w:spacing w:after="0" w:line="240" w:lineRule="auto"/>
        <w:rPr>
          <w:sz w:val="20"/>
          <w:szCs w:val="20"/>
          <w:lang w:val="ru-RU"/>
        </w:rPr>
      </w:pP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13. Оплата регистрационного взноса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13.1. Размер регистрационно</w:t>
      </w:r>
      <w:r w:rsidR="0096421F" w:rsidRPr="00F50A81">
        <w:rPr>
          <w:sz w:val="20"/>
          <w:szCs w:val="20"/>
          <w:lang w:val="ru-RU"/>
        </w:rPr>
        <w:t>го взноса на дистанции 10 км, 3км и 1</w:t>
      </w:r>
      <w:r w:rsidR="00973C46">
        <w:rPr>
          <w:sz w:val="20"/>
          <w:szCs w:val="20"/>
          <w:lang w:val="ru-RU"/>
        </w:rPr>
        <w:t>,5</w:t>
      </w:r>
      <w:r w:rsidRPr="00F50A81">
        <w:rPr>
          <w:sz w:val="20"/>
          <w:szCs w:val="20"/>
          <w:lang w:val="ru-RU"/>
        </w:rPr>
        <w:t xml:space="preserve"> км, сроки и этапы изменения стоимости устанавливаются Организатором и публикуются в официальных информационных ресурсах мероприятия.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lastRenderedPageBreak/>
        <w:t>13.2. Для отдельных льготных категорий Организатором могут устанавливаться скидки или бесплатное участие.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13.3. Условия участия для льготных категорий и порядок подтверждения права на льготу определяются Организатором.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14. Возврат и отмена регистрации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14.1. Возврат регистрационного взноса осуществляется в соответствии с условиями регистрации и правилами платёжного/регистрационного сервиса.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14.2. Сроки, размер удерживаемой комиссии и возможность переноса регистрации устанавливаются Организатором и доводятся до участников до оплаты регистрации.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15. Регистрация результатов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15.1. Результаты участников фиксируются электронной системой хронометража и/или системой </w:t>
      </w:r>
      <w:proofErr w:type="spellStart"/>
      <w:r w:rsidRPr="00F50A81">
        <w:rPr>
          <w:sz w:val="20"/>
          <w:szCs w:val="20"/>
          <w:lang w:val="ru-RU"/>
        </w:rPr>
        <w:t>видеофиксации</w:t>
      </w:r>
      <w:proofErr w:type="spellEnd"/>
      <w:r w:rsidRPr="00F50A81">
        <w:rPr>
          <w:sz w:val="20"/>
          <w:szCs w:val="20"/>
          <w:lang w:val="ru-RU"/>
        </w:rPr>
        <w:t>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15.2. Предварительные результаты публикуются после завершения соревнования в сроки, установленные Организатором.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15.3. Итоговый протокол публикуется на официальном ресурсе мероприятия.</w:t>
      </w:r>
    </w:p>
    <w:p w:rsidR="0096421F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15.4. Организатор не гарантирует получение результата при отсутствии </w:t>
      </w:r>
      <w:r w:rsidR="0096421F" w:rsidRPr="00F50A81">
        <w:rPr>
          <w:sz w:val="20"/>
          <w:szCs w:val="20"/>
          <w:lang w:val="ru-RU"/>
        </w:rPr>
        <w:t xml:space="preserve">или неправильно закрепленного </w:t>
      </w:r>
      <w:r w:rsidRPr="00F50A81">
        <w:rPr>
          <w:sz w:val="20"/>
          <w:szCs w:val="20"/>
          <w:lang w:val="ru-RU"/>
        </w:rPr>
        <w:t xml:space="preserve">стартового </w:t>
      </w:r>
      <w:r w:rsidR="0096421F" w:rsidRPr="00F50A81">
        <w:rPr>
          <w:sz w:val="20"/>
          <w:szCs w:val="20"/>
          <w:lang w:val="ru-RU"/>
        </w:rPr>
        <w:t>номера.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16. Определение победителей и призёров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16.1. Победители и призёры в абсолютно</w:t>
      </w:r>
      <w:r w:rsidR="0096421F" w:rsidRPr="00F50A81">
        <w:rPr>
          <w:sz w:val="20"/>
          <w:szCs w:val="20"/>
          <w:lang w:val="ru-RU"/>
        </w:rPr>
        <w:t>м зачёте на дистанциях 10 км</w:t>
      </w:r>
      <w:proofErr w:type="gramStart"/>
      <w:r w:rsidR="0096421F" w:rsidRPr="00F50A81">
        <w:rPr>
          <w:sz w:val="20"/>
          <w:szCs w:val="20"/>
          <w:lang w:val="ru-RU"/>
        </w:rPr>
        <w:t xml:space="preserve">., </w:t>
      </w:r>
      <w:proofErr w:type="gramEnd"/>
      <w:r w:rsidR="0096421F" w:rsidRPr="00F50A81">
        <w:rPr>
          <w:sz w:val="20"/>
          <w:szCs w:val="20"/>
          <w:lang w:val="ru-RU"/>
        </w:rPr>
        <w:t>3</w:t>
      </w:r>
      <w:r w:rsidRPr="00F50A81">
        <w:rPr>
          <w:sz w:val="20"/>
          <w:szCs w:val="20"/>
          <w:lang w:val="ru-RU"/>
        </w:rPr>
        <w:t xml:space="preserve"> км</w:t>
      </w:r>
      <w:r w:rsidR="0096421F" w:rsidRPr="00F50A81">
        <w:rPr>
          <w:sz w:val="20"/>
          <w:szCs w:val="20"/>
          <w:lang w:val="ru-RU"/>
        </w:rPr>
        <w:t xml:space="preserve"> и 1км</w:t>
      </w:r>
      <w:r w:rsidRPr="00F50A81">
        <w:rPr>
          <w:sz w:val="20"/>
          <w:szCs w:val="20"/>
          <w:lang w:val="ru-RU"/>
        </w:rPr>
        <w:t xml:space="preserve"> определяются по фактическому времени пересечения линии финиша (</w:t>
      </w:r>
      <w:proofErr w:type="spellStart"/>
      <w:r w:rsidRPr="00F50A81">
        <w:rPr>
          <w:sz w:val="20"/>
          <w:szCs w:val="20"/>
          <w:lang w:val="ru-RU"/>
        </w:rPr>
        <w:t>ган</w:t>
      </w:r>
      <w:proofErr w:type="spellEnd"/>
      <w:r w:rsidRPr="00F50A81">
        <w:rPr>
          <w:sz w:val="20"/>
          <w:szCs w:val="20"/>
          <w:lang w:val="ru-RU"/>
        </w:rPr>
        <w:t>-тайм), если иное не установлено Регламентом.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16.2. Победители и призёры в возрастных группах определяют</w:t>
      </w:r>
      <w:r w:rsidR="0096421F" w:rsidRPr="00F50A81">
        <w:rPr>
          <w:sz w:val="20"/>
          <w:szCs w:val="20"/>
          <w:lang w:val="ru-RU"/>
        </w:rPr>
        <w:t>ся по личному времени</w:t>
      </w:r>
      <w:r w:rsidRPr="00F50A81">
        <w:rPr>
          <w:sz w:val="20"/>
          <w:szCs w:val="20"/>
          <w:lang w:val="ru-RU"/>
        </w:rPr>
        <w:t>, если соответствующие возрастные категории предусмотрены Организатором.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16.3. Состав возрастных категорий и количество награждаемых мест утверждаются Организатором до начала регистрации.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17. Награждение победителей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17.1. Все участники, успешно завершившие дистанцию, </w:t>
      </w:r>
      <w:r w:rsidR="0096421F" w:rsidRPr="00F50A81">
        <w:rPr>
          <w:sz w:val="20"/>
          <w:szCs w:val="20"/>
          <w:lang w:val="ru-RU"/>
        </w:rPr>
        <w:t>получают памятную медаль финишёра</w:t>
      </w:r>
      <w:r w:rsidRPr="00F50A81">
        <w:rPr>
          <w:sz w:val="20"/>
          <w:szCs w:val="20"/>
          <w:lang w:val="ru-RU"/>
        </w:rPr>
        <w:t>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17.2. Поб</w:t>
      </w:r>
      <w:r w:rsidR="0096421F" w:rsidRPr="00F50A81">
        <w:rPr>
          <w:sz w:val="20"/>
          <w:szCs w:val="20"/>
          <w:lang w:val="ru-RU"/>
        </w:rPr>
        <w:t>едители и призёры награждаются</w:t>
      </w:r>
      <w:r w:rsidRPr="00F50A81">
        <w:rPr>
          <w:sz w:val="20"/>
          <w:szCs w:val="20"/>
          <w:lang w:val="ru-RU"/>
        </w:rPr>
        <w:t>, кубками</w:t>
      </w:r>
      <w:r w:rsidR="0096421F" w:rsidRPr="00F50A81">
        <w:rPr>
          <w:sz w:val="20"/>
          <w:szCs w:val="20"/>
          <w:lang w:val="ru-RU"/>
        </w:rPr>
        <w:t>/денежными средствами</w:t>
      </w:r>
      <w:r w:rsidRPr="00F50A81">
        <w:rPr>
          <w:sz w:val="20"/>
          <w:szCs w:val="20"/>
          <w:lang w:val="ru-RU"/>
        </w:rPr>
        <w:t xml:space="preserve"> и/или призами в соответствии с регламентом мероприятия.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17.3. Размер и порядок формирования призового фонда, при его наличии, определяются Организатором дополнительно.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18. Протесты и претензии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18.1. Участник имеет право подать протест или претензию в мандатную комиссию/Оргкомитет.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18.2. Протесты могут касаться результатов соревнования, распределения призовых мест и дисквалификации.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18.3. Протесты, которые могут повлиять на распределение призовых мест, подаются до начала соответствующей церемонии награждения.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18.4. Претензии, поданные после установленных сроков, могут не рассматриваться.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19. Дисквалификация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Изменение или повреждение стартового номера.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Использование механических средств передвижения с нарушением правил соревнования.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Сокращение дистанции.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Участие под чужим стартовым номером или под чужой фамилией.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Неспортивное поведение, создающее помехи или угрозу другим участникам.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Нарушение требований судей, контролёров и правил безопасности.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• Получение посторонней помощи, если она запрещена правилами соревнования.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20. Информационные источники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20.1. Подробная информация о соревновании, программа, схема трассы, порядок регистрации и изменения настоящего Положения размещаются на официальных информационных ресурсах Организатора.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20.2. Организатор не несёт ответственности за информацию о соревновании, размещённую на </w:t>
      </w:r>
      <w:proofErr w:type="gramStart"/>
      <w:r w:rsidRPr="00F50A81">
        <w:rPr>
          <w:sz w:val="20"/>
          <w:szCs w:val="20"/>
          <w:lang w:val="ru-RU"/>
        </w:rPr>
        <w:t>сторонних</w:t>
      </w:r>
      <w:proofErr w:type="gramEnd"/>
      <w:r w:rsidRPr="00F50A81">
        <w:rPr>
          <w:sz w:val="20"/>
          <w:szCs w:val="20"/>
          <w:lang w:val="ru-RU"/>
        </w:rPr>
        <w:t xml:space="preserve"> </w:t>
      </w:r>
      <w:proofErr w:type="spellStart"/>
      <w:r w:rsidRPr="00F50A81">
        <w:rPr>
          <w:sz w:val="20"/>
          <w:szCs w:val="20"/>
          <w:lang w:val="ru-RU"/>
        </w:rPr>
        <w:t>интернет-ресурсах</w:t>
      </w:r>
      <w:proofErr w:type="spellEnd"/>
      <w:r w:rsidRPr="00F50A81">
        <w:rPr>
          <w:sz w:val="20"/>
          <w:szCs w:val="20"/>
          <w:lang w:val="ru-RU"/>
        </w:rPr>
        <w:t>, если она не подтверждена официальными источниками.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21. Безопасность и медицинское обеспечение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21.1. Обеспечение безопасности участников и зрителей осуществляется в соответствии с законодательством Российской Федерации и требованиями, предъявляемыми к проведению массовых спортивных мероприятий.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21.2. Медицинское обеспечение осуществляется в соответствии с действующими нормативными требованиями.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21.3. Во время проведения соревнования предусматривается дежурство медицинского персонала и/или бригад скорой медицинской помощи в объёме, определённом Организатором и согласованном с ответственными службами.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22. Изменения в Положении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22.1. Настоящее Положение может быть изменено Организатором в связи с организационными обстоятельствами, требованиями безопасности, изменениями законодательства, погодными условиями или иными обстоятельствами, препятствующими проведению мероприятия в первоначально установленном порядке.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lastRenderedPageBreak/>
        <w:t>22.2. Актуальная редакция Положения размещается на официальном информационном ресурсе мероприятия.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23. Согласие на обработку фото- и видеоматериалов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23.1. Участники соглашаются с тем, что во время проведения соревнования могут осуществляться фото- и видеосъёмка.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>23.2. Фото- и видеоматериалы могут использоваться Организатором для информационных, рекламных и отчётных целей в соответствии с законодательством Российской Федерации.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sz w:val="20"/>
          <w:szCs w:val="20"/>
          <w:lang w:val="ru-RU"/>
        </w:rPr>
        <w:t xml:space="preserve">23.3. Участники и их законные представители вправе обратиться </w:t>
      </w:r>
      <w:proofErr w:type="gramStart"/>
      <w:r w:rsidRPr="00F50A81">
        <w:rPr>
          <w:sz w:val="20"/>
          <w:szCs w:val="20"/>
          <w:lang w:val="ru-RU"/>
        </w:rPr>
        <w:t>к Организатору с просьбой об исключении материалов с их изображением из конкретных публикаций</w:t>
      </w:r>
      <w:proofErr w:type="gramEnd"/>
      <w:r w:rsidRPr="00F50A81">
        <w:rPr>
          <w:sz w:val="20"/>
          <w:szCs w:val="20"/>
          <w:lang w:val="ru-RU"/>
        </w:rPr>
        <w:t xml:space="preserve"> в случаях и порядке, предусмотренных законодательством.</w:t>
      </w:r>
    </w:p>
    <w:p w:rsidR="00790E08" w:rsidRPr="00F50A81" w:rsidRDefault="008C741F" w:rsidP="00F92C31">
      <w:pPr>
        <w:spacing w:after="0" w:line="240" w:lineRule="auto"/>
        <w:rPr>
          <w:sz w:val="20"/>
          <w:szCs w:val="20"/>
          <w:lang w:val="ru-RU"/>
        </w:rPr>
      </w:pPr>
      <w:r w:rsidRPr="00F50A81">
        <w:rPr>
          <w:b/>
          <w:sz w:val="20"/>
          <w:szCs w:val="20"/>
          <w:lang w:val="ru-RU"/>
        </w:rPr>
        <w:t>24. Контакты организаторов</w:t>
      </w:r>
    </w:p>
    <w:p w:rsidR="00973C46" w:rsidRPr="00973C46" w:rsidRDefault="00973C46" w:rsidP="00973C46">
      <w:pPr>
        <w:pStyle w:val="ae"/>
        <w:ind w:left="1069"/>
        <w:rPr>
          <w:sz w:val="20"/>
          <w:szCs w:val="20"/>
          <w:lang w:val="ru-RU"/>
        </w:rPr>
      </w:pPr>
      <w:r w:rsidRPr="00973C46">
        <w:rPr>
          <w:sz w:val="20"/>
          <w:szCs w:val="20"/>
          <w:lang w:val="ru-RU"/>
        </w:rPr>
        <w:t xml:space="preserve">ООО «АП Люкс </w:t>
      </w:r>
      <w:proofErr w:type="spellStart"/>
      <w:r w:rsidRPr="00973C46">
        <w:rPr>
          <w:sz w:val="20"/>
          <w:szCs w:val="20"/>
          <w:lang w:val="ru-RU"/>
        </w:rPr>
        <w:t>Тревел</w:t>
      </w:r>
      <w:proofErr w:type="spellEnd"/>
      <w:r w:rsidRPr="00973C46">
        <w:rPr>
          <w:sz w:val="20"/>
          <w:szCs w:val="20"/>
          <w:lang w:val="ru-RU"/>
        </w:rPr>
        <w:t xml:space="preserve">» Адрес: 644050 </w:t>
      </w:r>
      <w:proofErr w:type="spellStart"/>
      <w:r w:rsidRPr="00973C46">
        <w:rPr>
          <w:sz w:val="20"/>
          <w:szCs w:val="20"/>
          <w:lang w:val="ru-RU"/>
        </w:rPr>
        <w:t>г</w:t>
      </w:r>
      <w:proofErr w:type="gramStart"/>
      <w:r w:rsidRPr="00973C46">
        <w:rPr>
          <w:sz w:val="20"/>
          <w:szCs w:val="20"/>
          <w:lang w:val="ru-RU"/>
        </w:rPr>
        <w:t>.О</w:t>
      </w:r>
      <w:proofErr w:type="gramEnd"/>
      <w:r w:rsidRPr="00973C46">
        <w:rPr>
          <w:sz w:val="20"/>
          <w:szCs w:val="20"/>
          <w:lang w:val="ru-RU"/>
        </w:rPr>
        <w:t>мск</w:t>
      </w:r>
      <w:proofErr w:type="spellEnd"/>
      <w:r w:rsidRPr="00973C46">
        <w:rPr>
          <w:sz w:val="20"/>
          <w:szCs w:val="20"/>
          <w:lang w:val="ru-RU"/>
        </w:rPr>
        <w:t xml:space="preserve"> </w:t>
      </w:r>
      <w:proofErr w:type="spellStart"/>
      <w:r w:rsidRPr="00973C46">
        <w:rPr>
          <w:sz w:val="20"/>
          <w:szCs w:val="20"/>
          <w:lang w:val="ru-RU"/>
        </w:rPr>
        <w:t>ул.Андрианова</w:t>
      </w:r>
      <w:proofErr w:type="spellEnd"/>
      <w:r w:rsidRPr="00973C46">
        <w:rPr>
          <w:sz w:val="20"/>
          <w:szCs w:val="20"/>
          <w:lang w:val="ru-RU"/>
        </w:rPr>
        <w:t>, 18 пом.5П</w:t>
      </w:r>
    </w:p>
    <w:p w:rsidR="00973C46" w:rsidRPr="00E17164" w:rsidRDefault="00973C46" w:rsidP="00973C46">
      <w:pPr>
        <w:pStyle w:val="ae"/>
        <w:ind w:left="1069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Контактные телефоны: +79236824444  </w:t>
      </w:r>
      <w:proofErr w:type="spellStart"/>
      <w:r>
        <w:rPr>
          <w:sz w:val="20"/>
          <w:szCs w:val="20"/>
        </w:rPr>
        <w:t>diromsk</w:t>
      </w:r>
      <w:proofErr w:type="spellEnd"/>
      <w:r w:rsidRPr="00E17164">
        <w:rPr>
          <w:sz w:val="20"/>
          <w:szCs w:val="20"/>
          <w:lang w:val="ru-RU"/>
        </w:rPr>
        <w:t>@</w:t>
      </w:r>
      <w:proofErr w:type="spellStart"/>
      <w:r>
        <w:rPr>
          <w:sz w:val="20"/>
          <w:szCs w:val="20"/>
        </w:rPr>
        <w:t>yandex</w:t>
      </w:r>
      <w:proofErr w:type="spellEnd"/>
      <w:r w:rsidRPr="00E17164">
        <w:rPr>
          <w:sz w:val="20"/>
          <w:szCs w:val="20"/>
          <w:lang w:val="ru-RU"/>
        </w:rPr>
        <w:t>.</w:t>
      </w:r>
      <w:proofErr w:type="spellStart"/>
      <w:r>
        <w:rPr>
          <w:sz w:val="20"/>
          <w:szCs w:val="20"/>
        </w:rPr>
        <w:t>ru</w:t>
      </w:r>
      <w:proofErr w:type="spellEnd"/>
    </w:p>
    <w:p w:rsidR="00973C46" w:rsidRPr="00973C46" w:rsidRDefault="00973C46" w:rsidP="00973C46">
      <w:pPr>
        <w:pStyle w:val="ae"/>
        <w:ind w:left="1069"/>
        <w:rPr>
          <w:sz w:val="20"/>
          <w:szCs w:val="20"/>
          <w:lang w:val="ru-RU"/>
        </w:rPr>
      </w:pPr>
      <w:r w:rsidRPr="00973C46">
        <w:rPr>
          <w:sz w:val="20"/>
          <w:szCs w:val="20"/>
          <w:lang w:val="ru-RU"/>
        </w:rPr>
        <w:t>ИНН 5504229712   КПП 550101001</w:t>
      </w:r>
    </w:p>
    <w:p w:rsidR="00973C46" w:rsidRPr="00973C46" w:rsidRDefault="00973C46" w:rsidP="00973C46">
      <w:pPr>
        <w:pStyle w:val="ae"/>
        <w:ind w:left="1069"/>
        <w:rPr>
          <w:sz w:val="20"/>
          <w:szCs w:val="20"/>
          <w:lang w:val="ru-RU"/>
        </w:rPr>
      </w:pPr>
      <w:proofErr w:type="spellStart"/>
      <w:r w:rsidRPr="00973C46">
        <w:rPr>
          <w:sz w:val="20"/>
          <w:szCs w:val="20"/>
          <w:lang w:val="ru-RU"/>
        </w:rPr>
        <w:t>Р.сч</w:t>
      </w:r>
      <w:proofErr w:type="spellEnd"/>
      <w:r w:rsidRPr="00973C46">
        <w:rPr>
          <w:sz w:val="20"/>
          <w:szCs w:val="20"/>
          <w:lang w:val="ru-RU"/>
        </w:rPr>
        <w:t xml:space="preserve">. 40702810910430009152 Кор. </w:t>
      </w:r>
      <w:proofErr w:type="spellStart"/>
      <w:r w:rsidRPr="00973C46">
        <w:rPr>
          <w:sz w:val="20"/>
          <w:szCs w:val="20"/>
          <w:lang w:val="ru-RU"/>
        </w:rPr>
        <w:t>Сч</w:t>
      </w:r>
      <w:proofErr w:type="spellEnd"/>
      <w:r w:rsidRPr="00973C46">
        <w:rPr>
          <w:sz w:val="20"/>
          <w:szCs w:val="20"/>
          <w:lang w:val="ru-RU"/>
        </w:rPr>
        <w:t>. 30101810145250000411 в Главном управлении Банка России по Центральному федеральному округу г. Москва Филиал «Центральный» Банка ВТБ (ПАО) в г. Москве  БИК  044525411   Код по ОКПО 30350424</w:t>
      </w:r>
    </w:p>
    <w:p w:rsidR="00E142C0" w:rsidRPr="00F50A81" w:rsidRDefault="00E142C0" w:rsidP="00973C46">
      <w:pPr>
        <w:spacing w:after="0" w:line="240" w:lineRule="auto"/>
        <w:rPr>
          <w:sz w:val="20"/>
          <w:szCs w:val="20"/>
          <w:lang w:val="ru-RU"/>
        </w:rPr>
      </w:pPr>
    </w:p>
    <w:sectPr w:rsidR="00E142C0" w:rsidRPr="00F50A81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141E"/>
    <w:rsid w:val="0015074B"/>
    <w:rsid w:val="00204CF8"/>
    <w:rsid w:val="0029639D"/>
    <w:rsid w:val="00326F90"/>
    <w:rsid w:val="00382BE9"/>
    <w:rsid w:val="003D0A5D"/>
    <w:rsid w:val="00412EF3"/>
    <w:rsid w:val="00566E49"/>
    <w:rsid w:val="00574992"/>
    <w:rsid w:val="005B3FD1"/>
    <w:rsid w:val="00612DCE"/>
    <w:rsid w:val="00790E08"/>
    <w:rsid w:val="007F0E36"/>
    <w:rsid w:val="00890755"/>
    <w:rsid w:val="008C741F"/>
    <w:rsid w:val="0096421F"/>
    <w:rsid w:val="00973C46"/>
    <w:rsid w:val="00AA1D8D"/>
    <w:rsid w:val="00AD48C5"/>
    <w:rsid w:val="00B47730"/>
    <w:rsid w:val="00B724EB"/>
    <w:rsid w:val="00B97753"/>
    <w:rsid w:val="00BD00D4"/>
    <w:rsid w:val="00C12288"/>
    <w:rsid w:val="00C126D4"/>
    <w:rsid w:val="00CB0664"/>
    <w:rsid w:val="00DD55C9"/>
    <w:rsid w:val="00DE57BF"/>
    <w:rsid w:val="00E142C0"/>
    <w:rsid w:val="00E17164"/>
    <w:rsid w:val="00E740CC"/>
    <w:rsid w:val="00F22F51"/>
    <w:rsid w:val="00F50A81"/>
    <w:rsid w:val="00F92C31"/>
    <w:rsid w:val="00FC1D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1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E14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E142C0"/>
    <w:rPr>
      <w:rFonts w:ascii="Tahoma" w:hAnsi="Tahoma" w:cs="Tahoma"/>
      <w:sz w:val="16"/>
      <w:szCs w:val="16"/>
    </w:rPr>
  </w:style>
  <w:style w:type="character" w:styleId="affa">
    <w:name w:val="Hyperlink"/>
    <w:basedOn w:val="a2"/>
    <w:uiPriority w:val="99"/>
    <w:semiHidden/>
    <w:unhideWhenUsed/>
    <w:rsid w:val="008907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1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E14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E142C0"/>
    <w:rPr>
      <w:rFonts w:ascii="Tahoma" w:hAnsi="Tahoma" w:cs="Tahoma"/>
      <w:sz w:val="16"/>
      <w:szCs w:val="16"/>
    </w:rPr>
  </w:style>
  <w:style w:type="character" w:styleId="affa">
    <w:name w:val="Hyperlink"/>
    <w:basedOn w:val="a2"/>
    <w:uiPriority w:val="99"/>
    <w:semiHidden/>
    <w:unhideWhenUsed/>
    <w:rsid w:val="008907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0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2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51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8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1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81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295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78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54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42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6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79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3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82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6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0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3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96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3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0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4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63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3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90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8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2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59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883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42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6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66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8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80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81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7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96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986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729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00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7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8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20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44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772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5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32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91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98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5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91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08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968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31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10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8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700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98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1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8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19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66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91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2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9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40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2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24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99C727-9607-4CC5-9CC0-562AC46E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1659</Words>
  <Characters>9461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Sergey</cp:lastModifiedBy>
  <cp:revision>4</cp:revision>
  <dcterms:created xsi:type="dcterms:W3CDTF">2026-09-14T11:03:00Z</dcterms:created>
  <dcterms:modified xsi:type="dcterms:W3CDTF">2026-09-15T11:34:00Z</dcterms:modified>
</cp:coreProperties>
</file>